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S3E46: Why Culture Never Shows Up in Due Diligence | Dr. Tony Bridwell</w:t>
      </w:r>
    </w:p>
    <w:p>
      <w:pPr>
        <w:pStyle w:val="ListBullet"/>
      </w:pPr>
      <w:r>
        <w:rPr>
          <w:b/>
        </w:rPr>
        <w:t xml:space="preserve">Episode: </w:t>
      </w:r>
      <w:r>
        <w:t>Season 3, Episode 46</w:t>
      </w:r>
    </w:p>
    <w:p>
      <w:pPr>
        <w:pStyle w:val="ListBullet"/>
      </w:pPr>
      <w:r>
        <w:rPr>
          <w:b/>
        </w:rPr>
        <w:t xml:space="preserve">Episode Date: </w:t>
      </w:r>
      <w:r>
        <w:t>8/14/2026</w:t>
      </w:r>
    </w:p>
    <w:p>
      <w:pPr>
        <w:pStyle w:val="ListBullet"/>
      </w:pPr>
      <w:r>
        <w:rPr>
          <w:b/>
        </w:rPr>
        <w:t xml:space="preserve">Episode Link: </w:t>
      </w:r>
      <w:r>
        <w:t>https://youtu.be/UKhJrE0KWHk</w:t>
      </w:r>
    </w:p>
    <w:p>
      <w:pPr>
        <w:pStyle w:val="ListBullet"/>
      </w:pPr>
      <w:r>
        <w:rPr>
          <w:b/>
        </w:rPr>
        <w:t xml:space="preserve">Apple Podcasts Link: </w:t>
      </w:r>
      <w:r>
        <w:t>https://podcasts.apple.com/us/podcast/46-tony-bridwell-why-culture-never-shows-up-in-due-diligence/id1790531354?i=1000783327360</w:t>
      </w:r>
    </w:p>
    <w:p>
      <w:pPr>
        <w:pStyle w:val="ListBullet"/>
      </w:pPr>
      <w:r>
        <w:rPr>
          <w:b/>
        </w:rPr>
        <w:t xml:space="preserve">Spotify Link: </w:t>
      </w:r>
      <w:r>
        <w:t>https://open.spotify.com/episode/7phTynw3bQiLCswzWp7wG0</w:t>
      </w:r>
    </w:p>
    <w:p>
      <w:pPr>
        <w:pStyle w:val="ListBullet"/>
      </w:pPr>
      <w:r>
        <w:rPr>
          <w:b/>
        </w:rPr>
        <w:t xml:space="preserve">Guest: </w:t>
      </w:r>
      <w:r>
        <w:t>Dr. Tony Bridwell</w:t>
      </w:r>
    </w:p>
    <w:p>
      <w:pPr>
        <w:pStyle w:val="ListBullet"/>
      </w:pPr>
      <w:r>
        <w:rPr>
          <w:b/>
        </w:rPr>
        <w:t xml:space="preserve">Title: </w:t>
      </w:r>
      <w:r>
        <w:t>Chief Talent Officer</w:t>
      </w:r>
    </w:p>
    <w:p>
      <w:pPr>
        <w:pStyle w:val="ListBullet"/>
      </w:pPr>
      <w:r>
        <w:rPr>
          <w:b/>
        </w:rPr>
        <w:t xml:space="preserve">Bio: </w:t>
      </w:r>
      <w:r>
        <w:t>Tony Bridwell is an organizational behaviorist with more than 25 years helping global organizations improve employee experience, culture, leadership and performance. He is Chief Talent Officer at The Encompass Group, where he leads the organizational consulting practice and serves as practice leader of the E3 Leadership Academy, and is an Adjunct Professor of Executive Leadership at SMU Cox School of Business. He was previously Chief People Officer at Brinker International, running people strategy for more than 60,000 team members across 1,600 Chili's and Maggiano's restaurants, then Chief People Officer at Ryan LLC, and a senior partner at Culture Partners. He is the author of eight books, including the USA Today bestseller Beyond the Leader and The Follower Effect (Wiley, 2026), and has spoken in 44 countries on leadership, purpose and organizational transformation. He holds a doctorate in leadership and organizational intelligence from Trevecca Nazarene University, and sits on the board of Southwest Transplant Alliance as a living organ donor.</w:t>
      </w:r>
    </w:p>
    <w:p>
      <w:pPr>
        <w:pStyle w:val="ListBullet"/>
      </w:pPr>
      <w:r>
        <w:rPr>
          <w:b/>
        </w:rPr>
        <w:t xml:space="preserve">Company: </w:t>
      </w:r>
      <w:r>
        <w:t>The Encompass Group</w:t>
      </w:r>
    </w:p>
    <w:p>
      <w:pPr>
        <w:pStyle w:val="ListBullet"/>
      </w:pPr>
      <w:r>
        <w:rPr>
          <w:b/>
        </w:rPr>
        <w:t xml:space="preserve">Company Website: </w:t>
      </w:r>
      <w:r>
        <w:t>https://theencompassgroup.com</w:t>
      </w:r>
    </w:p>
    <w:p>
      <w:pPr>
        <w:pStyle w:val="ListBullet"/>
      </w:pPr>
      <w:r>
        <w:rPr>
          <w:b/>
        </w:rPr>
        <w:t xml:space="preserve">Industry: </w:t>
      </w:r>
      <w:r>
        <w:t>Organizational Consulting / Leadership Development</w:t>
      </w:r>
    </w:p>
    <w:p>
      <w:pPr>
        <w:pStyle w:val="ListBullet"/>
      </w:pPr>
      <w:r>
        <w:rPr>
          <w:b/>
        </w:rPr>
        <w:t xml:space="preserve">Company Description: </w:t>
      </w:r>
      <w:r>
        <w:t>The Encompass Group is a consulting firm whose organizational consulting practice advises companies on culture, leadership and organizational design. Bridwell leads that practice and runs the E3 Leadership Academy, a 12-month executive cohort program he launched in 2023.</w:t>
      </w:r>
    </w:p>
    <w:p/>
    <w:p>
      <w:r>
        <w:rPr>
          <w:b/>
        </w:rPr>
        <w:t>Transcript:</w:t>
      </w:r>
    </w:p>
    <w:p>
      <w:r>
        <w:t>(00:00) One of my clients, we've been working on their main organization's culture said, "Great news. We're ready to go fast." Nobody really knew how fast he meant because within six months they were doing a $5 billion deal. And so they were buying their biggest competitor. Dr. Tony Bridwell is an organizational behaviorist, author, and executive leader with more than 25 years of experience helping global organizations improve employee experience, culture, leadership, and performance.</w:t>
      </w:r>
    </w:p>
    <w:p>
      <w:r>
        <w:t>(00:26) He currently serves as chief talent officer at the Encompass Group where he leads the firm's organizational consulting practice and serves as practice leader of the E3 Leadership Academy. He is also an adjunct professor of executive leadership at SMU Cox School of Business. I had somebody call me 30 minutes before the wire was supposed to go out on closing day that we'd been a year and a half into a process.</w:t>
      </w:r>
    </w:p>
    <w:p>
      <w:r>
        <w:t>(00:46) Said, "I had a great night's sleep last night and I had an epiphany and I realized I'm not going to sell the business yet." &gt;&gt; The epiphany is code for I had an overwhelming emotional reaction last night. I can't do this. We enter deals somewhat emotionally and then we become logical and we go look at the numbers, look at the numbers, but it's the emotional side that ends up consuming us.</w:t>
      </w:r>
    </w:p>
    <w:p>
      <w:r>
        <w:t>(01:06) Previously, he led the award-winning people group at Ryan LLC as chief people officer and held senior leadership roles at Brinker International and Culture Partners. Tony is the author of eight books, including the USA Today bestseller, Beyond the Leader, and has spoken in 44 countries on leadership, purpose, and organizational transformation.</w:t>
      </w:r>
    </w:p>
    <w:p>
      <w:r>
        <w:t>(01:24) Sometimes success is a really bad teacher. I've had phone calls from individuals who say, "Hey, we have a brilliant jerk. I need your help." Fantastic. Tell me more. Well, it's our CEO. &gt;&gt; You're like, "Well, good luck." &gt;&gt; Well, you have four choices that you have to decide from. You can tolerate it, you can isolate, you can eliminate, or you could rehabilitate.</w:t>
      </w:r>
    </w:p>
    <w:p>
      <w:r>
        <w:t>(01:44) It always comes at a cost. How many good people are you willing to lose? There will always be a cost. The Deal Tables brought to you by Capital Southwest, a Dallas-based internally managed business development company focused on supporting lower middle market businesses. The firm partners with business owners and private equity sponsors to provide flexible capital solutions that help companies achieve their growth objectives.</w:t>
      </w:r>
    </w:p>
    <w:p>
      <w:r>
        <w:t>(02:19) Capital Southwest, a best-in-class BDC built on partnership and long-term value creation. Security National Bank, a family-owned bank with more than 60 years of serving business owners who value a true financial partner. From lending and treasury management to long-term financial relationships, the bank takes the time to understand the people behind the business, not just the balance sheet.</w:t>
      </w:r>
    </w:p>
    <w:p>
      <w:r>
        <w:t>(02:43) Security National Bank. They bank the person, not just the business. Blockchain.com. Since 2011, Blockchain.com has earned the trust of more than $40 million users and facilitated over a trillion dollars in crypto transactions. Through blockchain wealth, they bring investors and their advisers the white glove service private banking has offered for decades.</w:t>
      </w:r>
    </w:p>
    <w:p>
      <w:r>
        <w:t>(03:08) Built for digital assets. Blockchain.com. in digital assets since the beginning. &gt;&gt; So, we just had a long conversation that I don't want in the video at all. And &gt;&gt; I wonder how many of those are actually out there. &gt;&gt; Well, on this podcast, it's we actually recorded for four hours to get to like 45 minutes to an hour. That's not true.</w:t>
      </w:r>
    </w:p>
    <w:p>
      <w:r>
        <w:t>(03:28) &gt;&gt; But, uh, basically, we're talking about life and whatever, but but you were about to you were just giving a book recommendation and you were about to piggyback off that. So, I'd like to start there. one, start with your book recommendation and then go into your your &gt;&gt; How often do you say piggyback in this room? Because if you It feels like it's almost a subliminal.</w:t>
      </w:r>
    </w:p>
    <w:p>
      <w:r>
        <w:t>(03:48) &gt;&gt; You know what? I uh it was a subtle and I didn't even think about it and now I feel like &gt;&gt; you've been in this room so many times it just pops out. &gt;&gt; I love it. Yeah. &gt;&gt; You probably talk a lot about bacon, too. &gt;&gt; Yeah. Not at all. &gt;&gt; Ryan has asked me to stop saying welcome to the pig room because apparently I said it for the first 25 episodes.</w:t>
      </w:r>
    </w:p>
    <w:p>
      <w:r>
        <w:t>(04:06) &gt;&gt; It's not the welcome to the pig room is fine. It's Oh, and that's &gt;&gt; Carlin Crow's Red Pig. Okay, &gt;&gt; that's what that is. &gt;&gt; Yeah. &gt;&gt; Oh my god. &gt;&gt; I knew it was back there because I've seen it and it's all of a sudden it just dawned on me. It's like, oh, there's the &gt;&gt; Yeah. So, a lot of plays off of Swine.</w:t>
      </w:r>
    </w:p>
    <w:p>
      <w:r>
        <w:t>(04:23) But we were talking about interpersonal conflict uh uh off the deal table recording. Um and I &gt;&gt; not between language &gt;&gt; and aside from all of the stoic literature, Marcus Aurelius uh and others um I've read two books by um I believe they're Japanese authors who really wrap Adleran psychology, the principles of Adleran psychology around um a Socratic dialogue uh between a mentor and the mentee.</w:t>
      </w:r>
    </w:p>
    <w:p>
      <w:r>
        <w:t>(04:53) Um and Adleran psychology basically says every everything comes down to interpersonal relationships and in interpersonal relationships you have to realize what's your task you know which the stoics would say what do I control correct &gt;&gt; what do I not control that's right &gt;&gt; uh we spend so much of our lives worrying thinking about things that are completely out of our control and Aurelius and others would say don't do that yeah &gt;&gt; focus on that that little bitty piece of the world &gt;&gt; and life you can control so the the there are two books uh I I I won't be</w:t>
      </w:r>
    </w:p>
    <w:p>
      <w:r>
        <w:t>(05:23) able to recite the author's names but uh the books are the courage to be disliked which says that if you run your life to be liked by everybody you're going to be miserable right which &gt;&gt; that's my problem &gt;&gt; right yeah um you cannot control that therefore you have to let that go and living your life according to your values is going to get you in conflict with people um and they would say in adarian psychology that's not your task, &gt;&gt; right? &gt;&gt; Um, so that is my recommendation is the courage to be disliked. And then the</w:t>
      </w:r>
    </w:p>
    <w:p>
      <w:r>
        <w:t>(05:56) second book in the series is the courage to be happy. &gt;&gt; Yeah, both superpowers. &gt;&gt; Yeah, &gt;&gt; both superpowers. However, if you overindex on either one of those superpowers, it does turn to kryptonite. &gt;&gt; Yeah. The courage to be disliked, you could take that way too far. Yeah. To where all of a sudden &gt;&gt; you're really evil, &gt;&gt; right? U and so I it's that constant balance of uh yeah that's fantastic.</w:t>
      </w:r>
    </w:p>
    <w:p>
      <w:r>
        <w:t>(06:21) &gt;&gt; It's not acting in a way intentional to be disliked. It's just accepting &gt;&gt; that's right your life according to your values. You're going to be disliked. &gt;&gt; Not everybody's going to be in the middle of that. I love that so much. &gt;&gt; And I just &gt;&gt; You guys do this all the time around this thing.</w:t>
      </w:r>
    </w:p>
    <w:p>
      <w:r>
        <w:t>(06:35) This is I just want to come here and hang out with y'all. &gt;&gt; We do. This thing is like what do we talk about? Like we don't know. &gt;&gt; Yeah. &gt;&gt; Where's it go? I I and I and the reason I pulled up my phone is is I actually just got um another uh uh book recommendation and and I'm trying to figure out where it was, but it was basically like don't be a doormat.</w:t>
      </w:r>
    </w:p>
    <w:p>
      <w:r>
        <w:t>(06:54) &gt;&gt; Interesting. &gt;&gt; Oh, give and take by Adam Grant. &gt;&gt; Oh, yeah. &gt;&gt; Um I've never read it, but it it was I literally got that recommendation on Tuesday. Yeah. &gt;&gt; Um &gt;&gt; that was been out for a while. &gt;&gt; Divers Takers and the in between group. um can't remember what he called the in between group but uh yeah &gt;&gt; here's the thing and to to your question about do we talk about this a lot you know we talk about everything and anything that that is interesting to a guest and and to to ourselves but you do occupy a little bit of a unique space um</w:t>
      </w:r>
    </w:p>
    <w:p>
      <w:r>
        <w:t>(07:25) you you your background is about owning cultures a corporate culture &gt;&gt; and I'm really intrigued with that because I'm a sellside M&amp;A adviser and every time I work a deal right &gt;&gt; the buyer says Yeah, &gt;&gt; culture is it and then that I never see that in diligence. &gt;&gt; Correct. &gt;&gt; I I never see a process around evaluating culture other than do I like the seller? Do I think the seller is being honest with me? &gt;&gt; So, I'm really intrigued to hear &gt;&gt; is it lip service um or or um and it sounds like from reading about your</w:t>
      </w:r>
    </w:p>
    <w:p>
      <w:r>
        <w:t>(07:58) history at Brinker and Ryan and other organizations that it's a needle mover that it turns into value, right, when it's done well. &gt;&gt; Yeah. But where in the seat I sit in, I don't I see I hear buyers articulating how meaningful it is and I don't see anything related to that in the process of acquisitions. &gt;&gt; Lane, it is a paradox.</w:t>
      </w:r>
    </w:p>
    <w:p>
      <w:r>
        <w:t>(08:19) It is absolutely a paradox. Uh and you've hit on it. A lot of the work that I've done and as a chief people officer or even in my role now as chief talent officer of a consulting company, uh, we look at this on a regular basis and and what I can tell you is it rarely shows up in the in the front end due diligence. What are they looking at? They're looking at the books. They're looking at the money.</w:t>
      </w:r>
    </w:p>
    <w:p>
      <w:r>
        <w:t>(08:42) They're looking at all the things. However, if you ask them, hey, how important are the people? Who's going to say no? Yeah. Right. Um the NACD, National Association of Corporate Directors, came out with a blue ribbon uh panel, you know, document back in 2016. Um and they asked this group of distinguished directors, what's the most important thing a board director should be focused on? Hands down.</w:t>
      </w:r>
    </w:p>
    <w:p>
      <w:r>
        <w:t>(09:10) I mean, this was a massive report. Hands down, corporate culture. It is the single greatest asset in any organization and it should rise to the level of board oversight. Uh because if an organization is mismanaging the culture, well, the culture directs what you get. So there's some basic principles. I just had this conversation with with a group of CEOs yesterday at the PGA just down the road.</w:t>
      </w:r>
    </w:p>
    <w:p>
      <w:r>
        <w:t>(09:34) Uh there's some basic principles of culture. Ryan should remember this. I should actually probably test him, see if he how well he retained what we had in college. &gt;&gt; He got his degree, so he passed. &gt;&gt; I know. Well, you can't take that thing back now that he's got it, right? Um, there's some basic principles.</w:t>
      </w:r>
    </w:p>
    <w:p>
      <w:r>
        <w:t>(09:49) Principle number one, everybody has a culture, like it or not, &gt;&gt; right? Principle number two, the culture you have is perfectly aligned to get what you're getting. Principle number three comes directly from Dr. Edgar Shine, who wrote the book on culture. He says the greatest um role of a leader is to lead the culture so it doesn't lead you because chances are you may not even know to the extent it's leading you.</w:t>
      </w:r>
    </w:p>
    <w:p>
      <w:r>
        <w:t>(10:22) And so when you find when you realize that an organizational culture produces outcomes, that's what they do. The culture is made up of people. People produce outcomes. it's the culture that's driving those outcomes. When you recognize that fundamental fact, then you have to sit back and look at a P&amp;L differently or at least you should look at it through the through two lenses.</w:t>
      </w:r>
    </w:p>
    <w:p>
      <w:r>
        <w:t>(10:48) I hear I see what it says, but how sustainable is that beyond the signature? because I know that you're getting these results because this is what the black and white numbers say, but are you musling that or is that a sustainable thing that happens? And this is where the due diligence on culture breaks down.</w:t>
      </w:r>
    </w:p>
    <w:p>
      <w:r>
        <w:t>(11:11) Typically, what we've discovered and when I was at Ryan, we we did a few M&amp;A deals. I mean, Brent was just on um the show just recently, and so we did a few uh deals, and I can remember when Brent uh interviewed me for the very first time in his home here in Dallas. He said, "Joan, I'm smart enough to know that what got me here won't get me there, &gt;&gt; and we're getting ready to go really fast.</w:t>
      </w:r>
    </w:p>
    <w:p>
      <w:r>
        <w:t>(11:34) I need to make sure the lug nuts on the wheel are tight." And so we spent a couple of years making sure the culture inside Ryan was established, was intentional, and was actually something we were driving. And so we went through a process and we did that and we had it all well. And then the rest is history. I mean, we were best place to work every year after that.</w:t>
      </w:r>
    </w:p>
    <w:p>
      <w:r>
        <w:t>(12:01) And not just here in Dallas, but around the world. and uh growth has been a rocket ship. But he he did the work to do that. Every time we looked at a deal, one of the one of the places that people get handcuffed a little bit is when you're looking at a deal with a company, uh chances are, you know, you sign a letter and you're having private conversations with one or two people &gt;&gt; because you can't go into the whole organization say, "Hey, we're thinking about buying you.</w:t>
      </w:r>
    </w:p>
    <w:p>
      <w:r>
        <w:t>(12:30) Uh tell me what's going on." And so it you you tend to keep that pretty tight, right? Which happens all the time. Well, when you keep it really tight and you start saying, "Well, tell me about the culture." They want to do a deal. Where are they going to tell you that this place is broken and that it's toxic? And so it's normally not until after we've gone through a lot of the upfront due diligence that then we and someone says, "Yeah, we're going to do this and it's going to happen and it's public and everything." Then we shoot off an</w:t>
      </w:r>
    </w:p>
    <w:p>
      <w:r>
        <w:t>(13:01) assessment into the organization and we start asking some basic questions that we find out, oh my gosh, there's a level a layer of toxicity that runs through this place that is just eating it alive. And there's plenty of times, now we were very fortunate at Ryan that the one or two times that we saw this that we got it quick enough that we were able to mitigate it.</w:t>
      </w:r>
    </w:p>
    <w:p>
      <w:r>
        <w:t>(13:25) But there's plenty of times normally my phone rings when somebody's broken something. &gt;&gt; Some something in the culture is broken and that's when we get a phone call. Um and there's this layer of toxicity that's running through the organization. Sadly lane it's typically at a level that it has an impact, &gt;&gt; right? It's high enough in the organization that it has this big impact.</w:t>
      </w:r>
    </w:p>
    <w:p>
      <w:r>
        <w:t>(13:45) And if you don't deal with that, what happens is it starts coming into your organizational culture. Um, or it starts chewing away the investment that you just made. And it's I think it's the hidden advantage that more M&amp;A groups probably should be looking at. uh the ones that really do look at the people are I think have the competitive advantage because we know from the data that if the culture is healthy um you your run rate to get up to you know integration full integration is much smoother versus if you buy some place</w:t>
      </w:r>
    </w:p>
    <w:p>
      <w:r>
        <w:t>(14:27) and now you're trying to put these two places together what's the first thing you put together you try to put together the systems inside the organization but if you can't get that culture to come in one of my clients in Canada right now, $5 billion M&amp;A deal. We've been working on their uh on the main organization's culture for for two and a half years.</w:t>
      </w:r>
    </w:p>
    <w:p>
      <w:r>
        <w:t>(14:46) Uh the CEO stood in front of all the leadership team in BA last year and said, "Great news. Our safety is oil and gas. Our safety numbers are better than they've ever been in 25 years. Our culture foundation is better than it's ever been in 25 years. We're ready to go fast." Nobody really knew how fast he meant uh because within six months they were doing a $5 billion deal.</w:t>
      </w:r>
    </w:p>
    <w:p>
      <w:r>
        <w:t>(15:08) And so they were buying their biggest competitor. And so what have what have what have we been doing? Um getting ready to bring them into this wellestablished culture. We're working with the leadership team up front. We're laying foundation and we're doing all this so that they integrate the systems, they integrate the people at the same time and they're off and going.</w:t>
      </w:r>
    </w:p>
    <w:p>
      <w:r>
        <w:t>(15:30) It's it's one of the I think it's I think it's the the key that a lot of people don't understand. And sadly, there's some PN P&amp; groups that probably don't have the best reputation when it comes to culture. Um you know, you have CE uh CEOs that are saying, "Hey, I've got a plan. I need to take care of the people.</w:t>
      </w:r>
    </w:p>
    <w:p>
      <w:r>
        <w:t>(15:53) " And then you've got a PE group that says, "How much money did you put in the bank today? Right. And that's that's that paradox. We just finished we just published a two-year study. We studied 113 global CEOs. And part of what we were looking to discover is how do you deal with this paradox of shareholder primacy and stakeholder capitalism, right? And so when I when I wrote the research paper for it, I went all the way back to uh Freeman's New York Times article that kind of turned the world upside down.</w:t>
      </w:r>
    </w:p>
    <w:p>
      <w:r>
        <w:t>(16:31) And uh you know, it's all about the shareholder. Man, we had a good run on that. And then I guess it was 2019, the CEO round table got together and they rewrote the purpose of an organization from shareholder. the primary purpose of an organization is to uh create value for the shareholder. And then that CEO round table 200 of the top CEOs around the world got together and rewrote that 2019 and said the primary while we all have our own purpose we see the purpose of an organization as creating value for the stakeholder. And that changed everything</w:t>
      </w:r>
    </w:p>
    <w:p>
      <w:r>
        <w:t>(17:14) because in the stakeholder chain is the shareholder, but now they're a part of this bigger chain, &gt;&gt; the employee, the customer, the the supply chain, etc., etc., etc. &gt;&gt; You're talking about the stakeholders. One of my favorite company world famous culture conversations is like Sam Walton, Walmart. &gt;&gt; Sure. &gt;&gt; Because And then that jux uh juxaposed versus like uh Trader Joe's.</w:t>
      </w:r>
    </w:p>
    <w:p>
      <w:r>
        <w:t>(17:37) &gt;&gt; Sure. because I read Made in America and then the next book I read was Becoming Trader Joe and it was night and day cultural differences. Obviously Trader Joe's we love our people and Walmart is like let's go let's go let's go. So on one hand Walmart has made the most millionaires of anybody ever but Trader Joe's people like them.</w:t>
      </w:r>
    </w:p>
    <w:p>
      <w:r>
        <w:t>(17:58) Um so that's one culture. done bad, &gt;&gt; right? &gt;&gt; I mean, they've done fairly well for themselves, but you're right. &gt;&gt; But but you know, anecdotally, &gt;&gt; scale wide. Yeah. &gt;&gt; But one thing that stands out the most with Sam Walton and the conversation of of culture is he had this culture, but there was no legacy.</w:t>
      </w:r>
    </w:p>
    <w:p>
      <w:r>
        <w:t>(18:19) There was no like once he's dead, once he's passed away. &gt;&gt; Yeah. &gt;&gt; Did the culture die with him? &gt;&gt; Correct. And and so it's like what what was the the the the the plan to move forward. Yeah. &gt;&gt; So it's like I think to that the whole the whole point I'm trying to get to when it comes to companies and cultures is if companies aren't actively working on their culture, &gt;&gt; right? &gt;&gt; It falls off.</w:t>
      </w:r>
    </w:p>
    <w:p>
      <w:r>
        <w:t>(18:40) &gt;&gt; Correct. And I was having dinner with with somebody last night who's very established, very, you know, all the the merit batches, all the bells and whistles. And this person is moving to a different position, to a different company. &gt;&gt; And the reason being is culture. &gt;&gt; 100% was culture.</w:t>
      </w:r>
    </w:p>
    <w:p>
      <w:r>
        <w:t>(18:59) It wasn't a money thing. Like they have I mean, they're doing fine, you know, Preston Hollow zip code type thing. They're doing fine, but it was 100% culture. &gt;&gt; Sure. So, you know, back to your point of how do you measure culture on the balance sheets? Well, it's the human capital aspect. &gt;&gt; Yeah. &gt;&gt; And if your culture is bad, you're going to lose high performing assets.</w:t>
      </w:r>
    </w:p>
    <w:p>
      <w:r>
        <w:t>(19:16) &gt;&gt; That's the And a lot of times as a recovering HR person, I get asked all the time, you know, what's the right amount of turnover, right? Because we want to keep our talent and everything. It's it's really I mean, yes, turnover is important and it's different depending on the industry. It's really um less about the total turnover as it is about the regrettables and the turnover.</w:t>
      </w:r>
    </w:p>
    <w:p>
      <w:r>
        <w:t>(19:40) Who are the who are the key talent people that if you lose those people, you would really regret that within your culture because you have some water carriers. Um matter of fact, there's research out there that says 3% of an organization actually moves 90% of the culture, which is a very scary number. And it's rarely the 3% you think it is.</w:t>
      </w:r>
    </w:p>
    <w:p>
      <w:r>
        <w:t>(20:04) Um, these are people that we refer to them as culture champions, but these are people that it could be, you know, Mary Beth behind the reception counter. It could be, uh, you know, uh, you know, John the forklift driver who's been around for 25 years and is super easy to talk to. But there's 3% of an organization.</w:t>
      </w:r>
    </w:p>
    <w:p>
      <w:r>
        <w:t>(20:25) A lot of times we think culture is driven from the top down, which is a true story. uh because the the volume that they create at the higher levels is amplified. So that has to be a set of stories that are very aligned. Um however, your frontline supervisors have the highest touch point in any organization and they carry the most water when it comes to culture.</w:t>
      </w:r>
    </w:p>
    <w:p>
      <w:r>
        <w:t>(20:51) But yet when we look at in investment standpoint on developing people, it's probably the least um number. Um, and what's even more staggering is sometimes we don't even u if I was to ask you the question, at what age, what's the average age an adult gets their first quote unquote leadership development? What what do you think the average age is? You should probably &gt;&gt; average.</w:t>
      </w:r>
    </w:p>
    <w:p>
      <w:r>
        <w:t>(21:16) &gt;&gt; Yeah, average age. &gt;&gt; If if at all, I would say late 30s, early 40s. &gt;&gt; Um, I would say the same. I'd say 40s. &gt;&gt; Yeah, 40. When you look at the bell curve, it's 40, which shockingly is 10 years after they've been put in charge of humans. &gt;&gt; Oh, &gt;&gt; and that's that's what's really staggering that &gt;&gt; they've already established their patterns and behaviors.</w:t>
      </w:r>
    </w:p>
    <w:p>
      <w:r>
        <w:t>(21:40) &gt;&gt; Correct. Yeah. Right. Because &gt;&gt; probably learn behavior from other people. It is well social learning theory says that you know about 70% of what we know we glean just from observation. And if you don't have that formal, then what are you doing? you get put in a spot where you have to do something and you just kind of go back to the memory bank and say, "Well, this is how I saw it done.</w:t>
      </w:r>
    </w:p>
    <w:p>
      <w:r>
        <w:t>(22:02) " Which if you didn't grow up seeing it done very well, it's going to be bad, right? And so you get this this toxic layer. I I think back to your original question which was so fascinating. If more organizations just took a beat to better understand the culture they're buying along with the assets and the intellectual property and along with everything else.</w:t>
      </w:r>
    </w:p>
    <w:p>
      <w:r>
        <w:t>(22:27) Um it's not that you can't overcome a toxic culture. It's just what's your run rate to get up to speed and how much can you lose in the process. Um, and some people like to buy those things because they're distressed and then they get in, they try to fix it and they try to work with it. But &gt;&gt; so toxic culture could actually result in a favorable purchase price if somebody wants to come in and right &gt;&gt; do the work.</w:t>
      </w:r>
    </w:p>
    <w:p>
      <w:r>
        <w:t>(22:50) &gt;&gt; And that's just it. They have to be able to come in and do the work. &gt;&gt; They have to be able to do the work. &gt;&gt; The flip side of that, &gt;&gt; I I represent mostly founder owner operators that are selling to private equity or institutional buyers. &gt;&gt; Those are tough. And I come into a situation where the seller doesn't trust the buyer, right? &gt;&gt; They have this opinion of private equity which is informed by all the terrible things you can read about them, which is not necessarily representative, right, &gt;&gt; of all private equity firms, right? I've</w:t>
      </w:r>
    </w:p>
    <w:p>
      <w:r>
        <w:t>(23:16) worked with some great private equity firms. &gt;&gt; Oh, there's some big ones out there that are fantastic. &gt;&gt; Absolutely. Uh but they come in with this impression that they're kind of dealing with the devil. Um but the private equity firm's buying a business that where the culture is the founder. Um and the founder is leaving.</w:t>
      </w:r>
    </w:p>
    <w:p>
      <w:r>
        <w:t>(23:32) &gt;&gt; Correct. &gt;&gt; Um and then I'm not seeing any applied work to figure out &gt;&gt; what is how do we shape culture going in. Um and so there's this interesting void. &gt;&gt; Yeah. &gt;&gt; Right. Where they're going to step into something. Um and uh I guess they price it in. I don't know. &gt;&gt; Well, you would hope they price it in because you look, you can actually muscle a culture.</w:t>
      </w:r>
    </w:p>
    <w:p>
      <w:r>
        <w:t>(23:57) uh you can muscle an outcome and when there's not a process to design and direct a culture then what we normally see as organizations come in and muscle it. &gt;&gt; Yeah. &gt;&gt; And founder organizations are the toughest ones because you hit it right on the head. They are quote unquote the culture. So we have a we have a model that we use.</w:t>
      </w:r>
    </w:p>
    <w:p>
      <w:r>
        <w:t>(24:20) It's it's a diagnostic tool. Uh you know Ryan learned it in in in class. We call it the ODF model, the organizational design framework, and it's how organizations are designed. Culture sits right in the middle. There's a left side and a right side of the culture. On the left side are what we refer to as the anchor stories. Uh there's several of them, but there's four anchor stories.</w:t>
      </w:r>
    </w:p>
    <w:p>
      <w:r>
        <w:t>(24:43) A purpose, a mission, a vision, and values. Why you exist, what you do, where you're going, how you play the game. And what we say about those anchor stories is that those stories are either designed intentionally or they will be dictated &gt;&gt; because those stories feed the culture. A culture needs those stories in order to function.</w:t>
      </w:r>
    </w:p>
    <w:p>
      <w:r>
        <w:t>(25:06) So it's going to go find those stories. It's it's how it happens in founder uh le organizations. Sadly, regardless of what you hang on the wall, I mean, you could hang a purpose statement, a mission, you can hang all that on the wall, regardless of what you hang on the wall. In founder situations, that left side is the founder. &gt;&gt; The founder is the de facto purpose.</w:t>
      </w:r>
    </w:p>
    <w:p>
      <w:r>
        <w:t>(25:31) The founder is the de facto mission. And what happens is when people have questions, what do they do? They look to the founder for answers because they crave those stories. The founder feeds the culture and then the culture drives the right side of the model and the right side culture is driving the systems, the structure, the strategy and the results.</w:t>
      </w:r>
    </w:p>
    <w:p>
      <w:r>
        <w:t>(25:55) And when organizations are when you're designing an organization or when you're looking at diagnosing if there's wobble, what's going on, you always look at the right side, you start at the far right side and you say, "What is it that we want to achieve?" And then you backcast. And backcasting is simply looking back to say if I want to get this, what do I need to do? Then I design my strategy to deliver that.</w:t>
      </w:r>
    </w:p>
    <w:p>
      <w:r>
        <w:t>(26:16) Then I backcast. What structure do I need to deliver that strategy? This is where most people skin their knee. They come up with a cool strategy, but they try to use an old structure to drive a new strategy. And they skin their knee. Once you have that structure put in place, then you backcast and say, "Okay, how do we align our systems to support this structure to drive the strategy to get the results?" Then you make sure that culture is aligned to produce that.</w:t>
      </w:r>
    </w:p>
    <w:p>
      <w:r>
        <w:t>(26:42) So you look back to the left side are the stories that's feeding that culture appropriate to deliver this. When you take that founder who is the deacto you know story theater when you take that person out you have a real problem because now there's little void regardless of what's hanging on the wall.</w:t>
      </w:r>
    </w:p>
    <w:p>
      <w:r>
        <w:t>(27:04) You can hang something on the wall. had a lady sit in one of my classes one time and I said, "Hey, everybody take out or turn to a page in your journal and write down what are the values of the organization." And the lady raises her hand. She says, "Dr. Bidwell, um, are we talking about the ones hanging on the wall or the real ones?" And and the CEO just kind of gave me the look like, &gt;&gt; "Whoa, what was that?" And I'm like, "I so appreciate that feedback.</w:t>
      </w:r>
    </w:p>
    <w:p>
      <w:r>
        <w:t>(27:28) Let's unpack that." &gt;&gt; Yeah. &gt;&gt; Because there are going to be those, right? And if they're not aligned, then that's where you get that wobble. The very first thing an organization can do when they're looking at buying something, especially if it's founderled, is to what's hanging on the wall and is there a gap between what this founder does and what's hanging on the wall? And the first thing you should be working on is that because that's going to drive everything else.</w:t>
      </w:r>
    </w:p>
    <w:p>
      <w:r>
        <w:t>(27:53) &gt;&gt; Yeah. &gt;&gt; So, but how do you budget culture? Because I know culture gets taught, it gets talked about, it's all over the place. Um, we were just talking about Sam Wallley and then you could also do the other side which is like Walt Disney with Disney and speaking on the wall. It's plastered everywhere.</w:t>
      </w:r>
    </w:p>
    <w:p>
      <w:r>
        <w:t>(28:10) If you go in the in the the lower levels of Disney World, &gt;&gt; Disney history everywhere. &gt;&gt; But how do you budget for that? Um, &gt;&gt; because again it's like if when when a company's going through budget crisis, if they're not laying off people, what's the first thing they do? They cut marketing. &gt;&gt; So what is or development &gt;&gt; or all the above? &gt;&gt; Sure. Yeah.</w:t>
      </w:r>
    </w:p>
    <w:p>
      <w:r>
        <w:t>(28:31) Yeah. So what is the financial we all know the impact but what's the financial effort that companies should be uh putting towards culture and is that lumped into marketing is that lumped into bisdev should it be its own little category &gt;&gt; fantastic question um you always ask some good questions &gt;&gt; I'm just trying to you know trying to look smart &gt;&gt; you're more than I candy you really know how to ask the good questions &gt;&gt; I candy more like eye diabetes &gt;&gt; yeah show pony is your as Todd as Todd.</w:t>
      </w:r>
    </w:p>
    <w:p>
      <w:r>
        <w:t>(29:02) Todd's the show opponent. &gt;&gt; Yeah. Okay. So, um here's a fundamental reframe I'm going to offer because when you go into organizations and you say how much should I budget for culture, the immediate belief is it's mutually exclusive from other things. And so now it becomes a separate category that I'm trying to budget for. But if you reframe that and understand that culture is deeply embedded into everything that you do, it's not an eitheror, it's a both end.</w:t>
      </w:r>
    </w:p>
    <w:p>
      <w:r>
        <w:t>(29:38) And so what you're really budgeting for is um how you're going to incorporate this into what you're currently doing. So tell me what you're currently doing and I'll show you how to incorporate that into what you're currently doing. Because if it's if it's seen as something else, it will always get cut because I see it as a nonvalue ad because I've got to go do business and you want me to come do this culture thing.</w:t>
      </w:r>
    </w:p>
    <w:p>
      <w:r>
        <w:t>(30:09) But if I can show you how to do business, &gt;&gt; how I can make money from it, how can I &gt;&gt; with your culture? Because ultimately a lot of times we come into organizations and one of the first things we ask is define culture and you get all these different answers anywhere from you know how we do things the vibe to you know flip-flop Tuesdays and ice cream Wednesdays right and so you get this wide spectrum of culture but ultimately culture is how the outcomes and the results of an organization are produced I mean it's the bottom line um if you</w:t>
      </w:r>
    </w:p>
    <w:p>
      <w:r>
        <w:t>(30:41) think about how culture works it starts with story. We're story machines. Our brains are so fearfully and wonderfully made. Uh we are prediction machines. Um our brains are designed to take in experiences of life, convert them to stories. We take those stories, those stories form our mindset. Our mindset's how we think.</w:t>
      </w:r>
    </w:p>
    <w:p>
      <w:r>
        <w:t>(31:04) It's our values, our beliefs, our attitudes. How we think drives our behavior. Um just at the basic level it you know we make about 20,000 decisions a day and how we think consciously subconsciously and unconsciously drives our behavior. Our behavior always produces an outcome good or bad you can do nothing and still get an outcome.</w:t>
      </w:r>
    </w:p>
    <w:p>
      <w:r>
        <w:t>(31:28) And that outcome always tells a story. So if you think of it as a clock story sets at 12:00 we we take in stories all day long. Stories impact how we think. three o'clock. How we think drives our behavior. Six o'clock. Our behavior produces an outcome. Nine o'clock. And the outcome always tells a story back up to 12:00.</w:t>
      </w:r>
    </w:p>
    <w:p>
      <w:r>
        <w:t>(31:48) So it's this constant cycle. It's always moving. It's always moving. Sadly, when we're not taught how culture works, what happens is I'm not getting an outcome. Well, what do I do? What's the closest behavior? So, I just go change behavior. I modify behavior. Hey, Lane, you're doing it wrong. Do it this way.</w:t>
      </w:r>
    </w:p>
    <w:p>
      <w:r>
        <w:t>(32:09) And it sounds like I'm coaching and it sounds like a teachable moment, but we have to remind people all the time there's a razor's edge between teaching and telling. And while in my mind it may be a teaching moment, you may interpret it as a telling moment and the outcome is possibly unpleasant to you. And so when and I with the 20 CEOs I was in the room with yesterday, I asked them, I said, ' Wave, when you normally don't get the outcome you want in business, what do you go do? Um, and every single one of them, they're looking at this model on screen. And</w:t>
      </w:r>
    </w:p>
    <w:p>
      <w:r>
        <w:t>(32:41) every single one of them go, "Well, we we go to behavior." Why? Well, it's close. It's quick. I can control it. And if we're just brutally honest, we do it because it works. I can tell you what to do. If I'm really good, if I can give you a list, if I'm really good, man, I'm going to give you a list.</w:t>
      </w:r>
    </w:p>
    <w:p>
      <w:r>
        <w:t>(32:58) You're going to go do that. We're going to get a great outcome. And it works. It absolutely works. Command and control. Um, I mean, it it works. It works. It works. The challenge is, man, it's hard to sustain because that means what do I have to do every single day? I got to tell you what to do.</w:t>
      </w:r>
    </w:p>
    <w:p>
      <w:r>
        <w:t>(33:19) And at some point, I'm going to atrophy your ability to even think on your own. Uh, and if if you don't pay attention to it, it becomes toxic really quick. And once it becomes toxic, then all of a sudden then you have problems. &gt;&gt; What's interesting is like it reminds me of something that General Jim Williams said where and he was talking about something completely different, but it the simplicity of the statement of start with the end in mind, you know, whether that be like if you want to build a house, okay, what is the house going to look like? And then reverse engineer.</w:t>
      </w:r>
    </w:p>
    <w:p>
      <w:r>
        <w:t>(33:50) &gt;&gt; That's it. Yes. &gt;&gt; So like for culture, what I'm hearing is what type of people do I want at my company? Okay. Boom. Next step. What do those people want? What kind of behavior? What kind of actions do they want to be a part of? Okay. And then just reverse engineer, right? And and instead of going, you know, and I I good tie into your book, the follower effect is like, you know, lead lead with being a follower.</w:t>
      </w:r>
    </w:p>
    <w:p>
      <w:r>
        <w:t>(34:16) And I think that's a good way to kind of state that, which is like who do we want? What kind of outcomes do you want? And then start with the end in mind in reverse engineer. &gt;&gt; Yeah. All right. So, you bring up the follower effect. Um I'm curious. &gt;&gt; You click that Amazon link below. It's an affiliate link. I get 0. &gt;&gt; You should. Yeah.</w:t>
      </w:r>
    </w:p>
    <w:p>
      <w:r>
        <w:t>(34:32) &gt;&gt; Um I'm curious. I've been dying to ask you this question because you interview so many people. When you hear the word follower, what pops in your head? &gt;&gt; What's What's the first thing that pops in your head? &gt;&gt; Um somebody that's subjugating their own needs to somebody else. &gt;&gt; Perfect.</w:t>
      </w:r>
    </w:p>
    <w:p>
      <w:r>
        <w:t>(34:49) Uh we may we were raised in a very similar generation and it has a negative connotation. &gt;&gt; Exactly. I heard growing up from my father &gt;&gt; um son you want to be a leader. You don't want to be one of those followers &gt;&gt; and it was almost used in in negative tone. And so, um, it's interesting when you talk about being a follower, um, and we talk about followership, which is so fascinating because when you type it in a Google search bar, you might get a red squiggly line underneath of it, right? Which for dyslexic, I'm dyslexic. For a dyslexic, that's just</w:t>
      </w:r>
    </w:p>
    <w:p>
      <w:r>
        <w:t>(35:21) like Monday for me, right? I mean, it's just like, oh great, another red squiggly line. What do I do with that? Um, &gt;&gt; but followership falls on this continuum. Um at one end you have this very active idea of being a follower and at the other end you have this very passive or negative idea.</w:t>
      </w:r>
    </w:p>
    <w:p>
      <w:r>
        <w:t>(35:43) Um I lectured at a a class at um last year. It was nine first year second year PhD students and they're getting PhD in leadership. And so I asked them to privately take out their journal and write down give me a single definition of the idea of being a follower. All nine of them defined it in a negative tone. &gt;&gt; Um and so &gt;&gt; is that a western culture? &gt;&gt; You know, it's interesting there.</w:t>
      </w:r>
    </w:p>
    <w:p>
      <w:r>
        <w:t>(36:10) Um it's heavily yes because it takes on different u when you move into eastern cultures it takes on a much different yeah a much different lens but there's there is elements of history that says you don't want to do it I can trace it back when I did the research on this I can trace it back to about a hundred years ago Dr.</w:t>
      </w:r>
    </w:p>
    <w:p>
      <w:r>
        <w:t>(36:32) Frederick Taylor who wrote the scientific method of management which is considered still to this day one of the greatest management books ever written. Um Henry Ford hired him to increase productivity at um the river plant and um he was a genius. Dr. Taylor was an absolute genius and he studied um human behavior and and productivity and ergonomics and he knew how many steps and how much um poundage and a scoop of coal you needed in order to be efficient.</w:t>
      </w:r>
    </w:p>
    <w:p>
      <w:r>
        <w:t>(37:05) &gt;&gt; He studied all of it. I mean it's just it's mindbogg uh boggling what he was able to accomplish. However, along the way, he inadvertently created some language that has been a little sticky over time. Um, he said that for an organization to be fully efficient that there needs to be thinkers and doers. And the doer's only job is to do what the thinkers think.</w:t>
      </w:r>
    </w:p>
    <w:p>
      <w:r>
        <w:t>(37:43) And he put them into two categories, management and everyone else. And it's the first time in in recorded literature that we can find the phrase human resources used for the first time. And that the thinker's role was to lead the human resources to be more productive. They weren't to think, they were only to do. And so he put them into two categories.</w:t>
      </w:r>
    </w:p>
    <w:p>
      <w:r>
        <w:t>(38:12) And what happened inadvertently is that we said thinkers you're leaders, doers, you're followers. And we created about a hundred years ago this inadvertent cast system of leadership and followership to the point that last year the best number that we can find in in the US alone um there was $60 billion dollar spent on leadership development.</w:t>
      </w:r>
    </w:p>
    <w:p>
      <w:r>
        <w:t>(38:47) &gt;&gt; We can't find any number attached to followership. &gt;&gt; Yeah. What what's interesting about this conversation is how everything is cyclical like everything. Yeah. Yeah. &gt;&gt; And even this conversation leaders, followers, thinkers, doers, 100 years ago, human resources. Now we enter this age of AI &gt;&gt; where so many people are well we don't need thinkers anymore.</w:t>
      </w:r>
    </w:p>
    <w:p>
      <w:r>
        <w:t>(39:11) We'll just have the AI do it. So or even was like 10 years ago learn to code and then couple years ago was like learn to coal mine because all the coders are gone. So it's a cyclical nature of like you know everything changes everything like a spindle top type. &gt;&gt; Yeah. So it's interesting I I backed into this idea of followership because when I started my doctoral program my professors asked me early on what do you want to research? What do you want to study? And as a recovering chief people officer, I had this recurring um event happen. And it was I I</w:t>
      </w:r>
    </w:p>
    <w:p>
      <w:r>
        <w:t>(39:51) affectionately refer to the person as Frank. Frank would show up in my inbox, in my text messages, in my office. People would come in and say, "Bidwell, you got to go do something with Frank. Frank's burning the place down. Frank's a bully. Frank's toxic. Frank's doing this. Frank's doing that." So we'd marshall resources.</w:t>
      </w:r>
    </w:p>
    <w:p>
      <w:r>
        <w:t>(40:06) We'd go coach Frank and mentor Frank. and we'd coach the team and mentor the team and we'd give Frank resources and then undoubtedly it always happened. Frank's boss would show up in my office and Frank's boss would look at me and go, "Bidwell, you're overreacting. Frank's our biggest producer. Frank has the biggest book of business. Frank been here 25 years.</w:t>
      </w:r>
    </w:p>
    <w:p>
      <w:r>
        <w:t>(40:24) Frank has three letters behind his name. You know, Frank is this. Frank has all the information and he won't tell anybody. You know, Frank has been here a long time and it's just this thing over and over and over again." And then I'd always get this, you're just overreacting. That's just Frank. And for some reason, because Frank had some level of brilliance, we had to accept the Frank that the fact that Frank was toxic.</w:t>
      </w:r>
    </w:p>
    <w:p>
      <w:r>
        <w:t>(40:51) And so, what am I supposed to do with that? So, we actually came up with a name for this. Uh, we call this person the brilliant jerk, right? Because there has to be some level of brilliance because if they were just a jerk, they wouldn't even make it to my office. some way to just dismiss them and they would say have a have a have a nice job.</w:t>
      </w:r>
    </w:p>
    <w:p>
      <w:r>
        <w:t>(41:08) We'll, you know, we'll do what we can to help you along the way, but this doesn't work for us. But because there's some level of brilliance, so I get to my doctoral program and it's like, okay, you're going to spend four years in research, so what are you going to research? Make it something that you're passionate about.</w:t>
      </w:r>
    </w:p>
    <w:p>
      <w:r>
        <w:t>(41:22) So I told my professors, I want to help Frank. Of course, they're saying, who's Frank, right? So I'm telling them this story. Um, and they noble project. You should dig into that. And I should have stopped right there, but I was feeling a little sassy. So I said, "And I think I know the answer." And of course, if you want to get a rise out of your professors, you you know, you tell them, "I know the answer before I've done any of the work, right?" And they said, "What's the answer?" And I, with all the boldness and confidence that I could muster because at that</w:t>
      </w:r>
    </w:p>
    <w:p>
      <w:r>
        <w:t>(41:50) point, I had written five books on leadership. So I was pretty confident, I said, "I just need to help Frank be a better leader." and they just smiled at me and they just said, "We'll see you in four years." Yeah. &gt;&gt; Right. And so I didn't even make it to four years. It's two and a half years into the research that we discovered that it wasn't really about leadership.</w:t>
      </w:r>
    </w:p>
    <w:p>
      <w:r>
        <w:t>(42:10) It was about followership. And what we discovered along the way for the last 50 years of literature and research because I think the history coming back the the literature and the research on leadership and followership have been in two separate constructs. They've been two separate categories.</w:t>
      </w:r>
    </w:p>
    <w:p>
      <w:r>
        <w:t>(42:28) you're either this or you're that and that's and that's how it's been studied. Well, when we looked at four global companies over the course of a couple years and what we discovered is what is called the follower effect which is which is one of the books that came out of the research and that is at any given time regardless of who you are your title or whatever your role is you're constantly moving in and out of leading and following as you go throughout your day.</w:t>
      </w:r>
    </w:p>
    <w:p>
      <w:r>
        <w:t>(42:53) uh just because you might be an SVP and EVP or the CEO, at some point you're leading and following. As a matter of fact, my early hypothesis was when you're closer to the front line, you're quickly moving in and out of leading and following. And as you move up in your career, you slowly move um at a at a different rate, but you're still leading and following.</w:t>
      </w:r>
    </w:p>
    <w:p>
      <w:r>
        <w:t>(43:15) That was my early hypothesis. And when we finished the CEO study, what we discovered is the closer you get to the top, you speed back up because the most effective CEOs that we found in our study had the ability to move in and out of leading and following in the different roles that they had to play, reporting to the board, reporting to the stakeholders, reporting to the shareholders, reporting to the the team.</w:t>
      </w:r>
    </w:p>
    <w:p>
      <w:r>
        <w:t>(43:38) And they had to constantly move out. And we called this the relational the leadership relation uh relational capacity because the more capacity they have to move in and out of leading and following the more effective they are. Well, that was aha number one that you're not either or you're both hand. That one tipped me back on my heels just a little bit.</w:t>
      </w:r>
    </w:p>
    <w:p>
      <w:r>
        <w:t>(44:02) It was what came next that kind of broke my brain a little bit. Um, what we discovered is that when you're ineffective, when you're in follower mode, you're more likely to be toxic when you move into leader mode. But when you're effective in follower mode, you're more likely to be transformative in leader mode. So, the big aha was your leader mode is directly connected to how well you follow.</w:t>
      </w:r>
    </w:p>
    <w:p>
      <w:r>
        <w:t>(44:32) And this whole time I've been trying to help people be better leaders, which by the way is not a bad thing. We need to help people develop as they're in leader mode. But what we're noticing is if the follower side is not established and effective. It's a little bit like getting your car washed in Texas, right? I washed my car, did the whole shiny thing on Sunday, yesterday for 10 minutes.</w:t>
      </w:r>
    </w:p>
    <w:p>
      <w:r>
        <w:t>(44:59) We had a category four hurricane mold through here and it's like it's done. &gt;&gt; We can do all of this leadership work with individuals, but the stickiness &gt;&gt; is not where it needs to be if they can't follow well in follower mode. And there's three anchors that there's several attributes, but there's three anchoring attributes that we discovered are really primary.</w:t>
      </w:r>
    </w:p>
    <w:p>
      <w:r>
        <w:t>(45:24) being an independent critical thinker in follower mode, being mission focused in follower mode and being an active partner. So if that's effective, when I have to be in the room and I am in follower mode, I have to be an independent critical thinker, which we would say is humble, discerning, and curious. When we teach this, teach me to be a better independent critical thinker.</w:t>
      </w:r>
    </w:p>
    <w:p>
      <w:r>
        <w:t>(45:49) Um, a lot of times we'll counsel to say, "All right, I want you," and this is just good brain health, too, by the way. Um, I want you to be a possibility thinker, meaning ask yourself these two questions on a regular basis. What else could be true? &gt;&gt; And what else could we do? Just asking yourself those two questions keep you a little bit in that independent critical thinker, possibility thinker mindset.</w:t>
      </w:r>
    </w:p>
    <w:p>
      <w:r>
        <w:t>(46:12) Effective, ineffective. In follower mode, you're going to be one of two. You're going to be very passive. Yeah, just tell me what you want me to do. Or you're going to be very fixed. Yeah. You know, Ryan, that's not how we do it around here. And you're going to be very fixed in your thinking in follower mode.</w:t>
      </w:r>
    </w:p>
    <w:p>
      <w:r>
        <w:t>(46:30) In in follower mode, mission, you see the bigger picture. You have a you have a wider aperture. You're mission focused. Um, if you're ineffective, you tend to be very selffocused. So, speaking of critical thinking and then you know a few days ago it was just announced that Princeton I don't know if you've seen this Princeton changed a 133y year tradition where they used to do tests with no proctors no it was just an honor code thing but because of AI &gt;&gt; they've complet they've they now they have proctors so they've changed a 133y</w:t>
      </w:r>
    </w:p>
    <w:p>
      <w:r>
        <w:t>(47:01) year tradition because of of AI cheating whatnot obviously AI is so useful it. We use it for everything nowadays. But my biggest fear is people overly using it and not thinking because &gt;&gt; well that study's already been happen. &gt;&gt; That study's already happened. &gt;&gt; But the the the winner is the person that has domain knowledge and has the knowledge to use AI.</w:t>
      </w:r>
    </w:p>
    <w:p>
      <w:r>
        <w:t>(47:26) But if we have so many people entering the workforce or or growing up and they use AI to like hey what movie should I watch? Hey what where should I go today? would like and I don't and that might be hyperbolic but &gt;&gt; right &gt;&gt; does that change the future of of &gt;&gt; you know the ability the ability to think the the ability to have good workforce etc etc &gt;&gt; I think the rule right now that we're seeing from some of the early literature is that &gt;&gt; um you get a diminishing return if you're asking AI to start it and then you finish it versus if you start it and</w:t>
      </w:r>
    </w:p>
    <w:p>
      <w:r>
        <w:t>(47:59) you have AI edit it um because Um, that's where the most creative part of your brain really starts to go when I start looking at the different possibilities and I'm creating. Um, and then I'm I have an it's no different than when I write a book. You know, I come up with, you know, a thousand words and I send them to my editor.</w:t>
      </w:r>
    </w:p>
    <w:p>
      <w:r>
        <w:t>(48:21) My editor makes those thousand words better versus having somebody give me the thousand words up front um, and then me edit those thousand words. If I'm creating upfront, it's much better for my independent critical thinking. Um although, you know, the rule of thumb is it's always easier to edit than create. That's because creating is hard.</w:t>
      </w:r>
    </w:p>
    <w:p>
      <w:r>
        <w:t>(48:42) &gt;&gt; Uh so I think that's where Ryan, I think that's where we're going to see some of the bigger challenges when it comes to the appropriate use of AI going forward. And then not not to get too far away from Frank because I want to circle back to Frank and that that individual. &gt;&gt; And obviously there's no hard and fast rule.</w:t>
      </w:r>
    </w:p>
    <w:p>
      <w:r>
        <w:t>(49:00) &gt;&gt; Yeah. &gt;&gt; But when when I hear, you know, try to improve Frank or do we keep Frank, do we get rid of Frank for the betterment of the company? I think it also depends on a lot of factors like the size of the company. Because if I have a smaller firm and Frank is the producing 80% of everything, it you can't cut them and you you have to put up with them versus a bigger firm where it's hard to cut them.</w:t>
      </w:r>
    </w:p>
    <w:p>
      <w:r>
        <w:t>(49:25) But then you just have someone like a Dr. Bridwell to come in and say, "Hey, listen. If productivity across the board raises by 10%." Would that be like, "Well, yeah, let's get rid of them." I mean, obviously, you never want to get rid of anybody willy-nilly, but you know, so how would you &gt;&gt; Well, you have four choices when when Frank shows up.</w:t>
      </w:r>
    </w:p>
    <w:p>
      <w:r>
        <w:t>(49:44) you have four choices that you have to decide from. Um, choice number one, you can tolerate it and that comes with a set of stories in the culture, right? Um, you can isolate Frank, meaning you make Frank the senior vice president of special projects reporting only to the CEO and you take him out of the sphere of all other humans, right? You can isolate.</w:t>
      </w:r>
    </w:p>
    <w:p>
      <w:r>
        <w:t>(50:12) So that's what those long titles are when you see random people &gt;&gt; many times. &gt;&gt; Congratulations, right? &gt;&gt; Leave on. &gt;&gt; So you can tolerate, you can isolate, you can eliminate um or you could rehabilitate. And those are basically your four options. We normally get the phone call um at our firm when people are trying to rehabilitate.</w:t>
      </w:r>
    </w:p>
    <w:p>
      <w:r>
        <w:t>(50:37) Now the first question I'm almost always asked is, can you save this person? Um, and I I've always had the belief of yes, I mean, everybody I think is uh everybody is savable, but the reality is the brilliant jerk falls on a continuum from state to trait. And on this continuum, state is a season. Um, I'm having a bad day. I'm going through a tough time at home.</w:t>
      </w:r>
    </w:p>
    <w:p>
      <w:r>
        <w:t>(51:08) Um, whatever the case may be. And during this season, my state of mind has caused me to default to the less productive side of my brain and I become a brilliant junk. Um, it's more survival mode. I don't have the coping skills. My EQ hasn't been fully developed. Um, and I'm just defaulting because of the stress or whatever state trait.</w:t>
      </w:r>
    </w:p>
    <w:p>
      <w:r>
        <w:t>(51:32) Um, this is a hard wiring from a very early age. This is I I grew up seeing it done this way and so um I say this all the time sometimes success is a really bad teacher because I've seen it done this way and I've made by world standards a gajillion billion whatever. Um so therefore I must be doing it well.</w:t>
      </w:r>
    </w:p>
    <w:p>
      <w:r>
        <w:t>(51:59) Well um what you're doing is you're leaving a trail of of carnage behind you but yet you're putting a lot of skins on the wall. Um so this trait mindset is the tougher u coaching opportunity. Typically in this particular situation it requires a lifealtering event to open a window for somebody to reconsider kind of their world view on how to create success.</w:t>
      </w:r>
    </w:p>
    <w:p>
      <w:r>
        <w:t>(52:29) uh which is the foundation of the new book that I'm working on right now that came out of the CEO research. There's four seasons that we tend to go through in life that all have their own crucible. And what was fascinating over 70% of the CEOs that we studied when we asked them um what's one thing that you would look back and go wow that really shaped me.</w:t>
      </w:r>
    </w:p>
    <w:p>
      <w:r>
        <w:t>(52:56) Um over 70% of them identified a crucible in life. Not a great class that they went to or it's like man this was really cool. It was a crucible moment that shaped them uh that that taught them the greatest lesson. However, a lot of times we get in those crucibles and we're trying to get out of them as quickly as we possibly can because they feel bad.</w:t>
      </w:r>
    </w:p>
    <w:p>
      <w:r>
        <w:t>(53:20) It's like being in the wilderness. You know, it's like I don't want to be in the wilderness. But what we're learning is that when you're in the wilderness, you have two choices. You can um try to fix it, which that's my day job. So I find myself if I ever enter the wilderness, first thing I do is try to fix it. But in reality, sometimes the wilderness is there to transform you.</w:t>
      </w:r>
    </w:p>
    <w:p>
      <w:r>
        <w:t>(53:42) And we don't often pause enough to say, okay, I know this really sucks right now, but is there something I'm supposed to be taking away from this? And so we we identified these four seasons. And the first season is um striving. It's the season of striving to where in our mind we view our productivity equals our worth.</w:t>
      </w:r>
    </w:p>
    <w:p>
      <w:r>
        <w:t>(54:06) I see my self-worth connected to how productive I am. Um, and I'm constantly striving. I'm constantly striving. And there will be a crucible moment to where that will your worth will be challenged. Um, and how you overcome that will get you or move you to the next season. And next season is a season of comparing. to where now I've risen up and now I see success um equated to the amount of applause that I get.</w:t>
      </w:r>
    </w:p>
    <w:p>
      <w:r>
        <w:t>(54:36) How many likes do I get? How many followers do I have? &gt;&gt; And I'm constantly comparing myself to everyone else. Kind of goes back to some of the stoic stuff that we talked about a little bit earlier. And you can get caught in that and you can get stuck in that and then a crucible will come to where the applause will go away and that moment um that crucible moment will happen that you have to decide am I okay with not everybody agreeing with me right and that leads to the next season of transformation and this is where humility leads to extra learning.</w:t>
      </w:r>
    </w:p>
    <w:p>
      <w:r>
        <w:t>(55:09) So just to stay on Frank for a little bit longer, is there because because I can see with the four different directions you can go how each have their merit, but from a culture standpoint, &gt;&gt; yeah, &gt;&gt; is there should you ever tolerate it? I understand from a financial standpoint it may be hard, but I've always heard that it doesn't matter how much money that person helps, in the long run, it's probably not worth it.</w:t>
      </w:r>
    </w:p>
    <w:p>
      <w:r>
        <w:t>(55:40) like is that &gt;&gt; it always comes out cost? Yes, it always comes at a cost. &gt;&gt; It always comes at a cost. Um I will say that um an organization's time horizon typically factors into um the equation on the cost because if an organization is looking at an event in the next two to three years um their ability to endure Frank for two to three years um they're going to grit their teeth.</w:t>
      </w:r>
    </w:p>
    <w:p>
      <w:r>
        <w:t>(56:10) they're going to bite on the pencil and they're just going to hunker down and try to shield as many people as they possibly can and they're going to grind it out to get to the event. Um, if there's not an event, if it's a publicly traded organization or a private organization that doesn't necessarily have an event, um, the math equation is completely different, right? Um, and how you your level of tolerance is completely different.</w:t>
      </w:r>
    </w:p>
    <w:p>
      <w:r>
        <w:t>(56:38) But Ryan, there's always a cost. &gt;&gt; There's always a cost. And um rarely will we get so hung up with, well, he's producing whatever the number, 30%, 50%, whatever the case may be, we have to just tolerate it. Okay, do the math. How much you going, how much are you willing to turn the rest of this over? And how many good people are you willing to lose, etc., etc., etc.</w:t>
      </w:r>
    </w:p>
    <w:p>
      <w:r>
        <w:t>(57:03) There will always be a cost. So, circling all the way back to budget and culture. It almost sounds like the reframing of that conversation is yes, culture can boost productivity, could make it, &gt;&gt; you know, multiples uh uh of better value, but it also can bankrupt your people, your company, etc. because the cost can be &gt;&gt; Yeah.</w:t>
      </w:r>
    </w:p>
    <w:p>
      <w:r>
        <w:t>(57:30) &gt;&gt; Armories. It's um it's really hard and um every it's it's hard to find an organization that doesn't have a Frank in it somewhere. Um &gt;&gt; I feel like we should apologize to all the Franks. &gt;&gt; All the Franks. We're totally sorry. We're totally sorry. He's my imaginary friend. Um um but you know, it's the toxic culture of the brilliant jerk is um is a challenge.</w:t>
      </w:r>
    </w:p>
    <w:p>
      <w:r>
        <w:t>(57:58) And quite frankly, many of them, look, I've had phone calls from individuals who say, "Hey, we have a brilliant jerk. I need your help." Fantastic. Um, tell me more. Well, it's our CEO. &gt;&gt; You're like, "Well, good luck." &gt;&gt; And and Okay. And so, you know, the counsel that I most frequently give them is exactly how you started the show.</w:t>
      </w:r>
    </w:p>
    <w:p>
      <w:r>
        <w:t>(58:23) &gt;&gt; You have to stay focused on what you can control. and you can't get wrapped around the axle on what's outside of your control. And what happens in many cases is that an individual downstream from that brilliant jerk will become the the barrier almost uh you know the wall that protects everyone else from that.</w:t>
      </w:r>
    </w:p>
    <w:p>
      <w:r>
        <w:t>(58:45) And that's a noble cause. Um but it's also a cause that will eventually have an end that you just can't endure forever. Now what we teach HR groups a lot because uh frequently you don't look at what happens inside organizations when you have a an EVP who is a brilliant jerk, COO who's a brilliant jerk and the downstream impact is is horrible.</w:t>
      </w:r>
    </w:p>
    <w:p>
      <w:r>
        <w:t>(59:17) So you have a a vice president who puts up the wall and basically is the barrier to take all of the heat from this individual and they protect their team. They allow their team to be efficient and effective and they allow their team to do that and they take all of the bullets, right? What happens is that individual can only take so much of that.</w:t>
      </w:r>
    </w:p>
    <w:p>
      <w:r>
        <w:t>(59:45) And in HR's mind, they're thinking, well, we don't want to lose this one person. Um, so what can we do for this one person? Or they don't even pay attention. They say, well, it's just one person. This this is only happened to one person. What happens is if this person goes down, what they don't realize is the minute this person goes down and that wall is gone, now you got 20 people that you've just exposed to potentially loyalty.</w:t>
      </w:r>
    </w:p>
    <w:p>
      <w:r>
        <w:t>(1:00:07) And so now it's exponential. &gt;&gt; What's what's interesting about this entire conversation is like in in in no way is this belittling anything. It's so painfully obvious once you've heard it. You know what I mean? Right. But like if you've never heard it, if you're not in in your class, if you don't read a book, it's like cuz we uh Paul's been with me five, six years now and we've had some really great people on our team and we've had some turd buckets, you know, and it was just but it was always but you know being a nice &gt;&gt; turd bucket. It's like, but it's like</w:t>
      </w:r>
    </w:p>
    <w:p>
      <w:r>
        <w:t>(1:00:46) and and and but it's like anybody I've ever fired at our company, it it one thing that annoyed me the most out of all of them was they're like, "Okay." And you're like, "Oh, I wanted this way more than you did, which is why did I wait 6 months? Why did I wait eight months? Why did I hope and see it would get better, you know, without the rehabilitation or whatnot?" And it's like, but again to my overall point, it's it's so painfully obvious once you've heard it or once you're exposed to it. But like if you're just out out</w:t>
      </w:r>
    </w:p>
    <w:p>
      <w:r>
        <w:t>(1:01:20) in the world, you're just trying to figure it out, &gt;&gt; right? &gt;&gt; You know, and it's just like oops. &gt;&gt; I'm curious in your M&amp;A deals experience, what have you seen from a cultural standpoint? &gt;&gt; Good ones, bad ones. &gt;&gt; Oh, everything. Um, I guess I would say that almost universally they're male. Um, so what we have in the US right now is half the businesses are owned mostly by men 55 years or older.</w:t>
      </w:r>
    </w:p>
    <w:p>
      <w:r>
        <w:t>(1:01:47) &gt;&gt; Um, they're type A. Uh, they're the rugged individualist. Uh, they overcame all the odds and built these businesses. &gt;&gt; I was intrigued with um the story of people that are successful. They assume that the path they took to success was the right path because it produced that outcome.</w:t>
      </w:r>
    </w:p>
    <w:p>
      <w:r>
        <w:t>(1:02:07) Right? And I see that a lot where where I say I have no idea how this person achieved this outcome, right? Because it appears to me that they made a lot of bad decisions along the way. Um and and yet they got a they got a good outcome. &gt;&gt; Um you know, one of the intriguing aspects is that &gt;&gt; um they don't like to delegate. Um, and that's one of the biggest obstacles to growing to the level where they can sell to private equity is they feel like, and I suffer from this, well, I can do this better than anybody I can hire, so I'll just keep doing this. And then it</w:t>
      </w:r>
    </w:p>
    <w:p>
      <w:r>
        <w:t>(1:02:40) becomes a constraint to growth, right? &gt;&gt; Is that a control issue in your mind? &gt;&gt; I think it is a control issue. Um, but um, &gt;&gt; or a trust issue. &gt;&gt; I I think it's a variety of things. I I'm a I was raised by an English teacher and so communication and proper grammar and all these things are are really important to me.</w:t>
      </w:r>
    </w:p>
    <w:p>
      <w:r>
        <w:t>(1:03:02) So people in my organization will send me something they want to send out to read and I'm please don't do that. &gt;&gt; Right? Because I'm going to take a day, right, &gt;&gt; um to read these four paragraphs and I'm going to completely rewrite it. Um &gt;&gt; this explains a lot. It does. Last last year and a half of emails Exactly. where I'll send a simple thought or an idea like like a one or two sentence thing &gt;&gt; and then I get this &gt;&gt; right &gt;&gt; like professoresque response.</w:t>
      </w:r>
    </w:p>
    <w:p>
      <w:r>
        <w:t>(1:03:30) I'm like &gt;&gt; I I just have like cuz I'm like a shoot first, think about it then plan and then aim type of guy and and like and but this makes a lot of sense of like breaking everything down. I was raised by an English teacher and then probably the most uh pronounced person who impacted my life in education was an English teacher, Mr.</w:t>
      </w:r>
    </w:p>
    <w:p>
      <w:r>
        <w:t>(1:03:53) Hatchet, uh at my high school. And um he taught me how to write um with the five paragraph style introduction, three premises uh conclusion. &gt;&gt; Wow. Um, and uh, I'll never forget the one of the one of the one of the most amusing things that ever happened as I was playing basketball for my high school team. This is the 1970s. And Mr.</w:t>
      </w:r>
    </w:p>
    <w:p>
      <w:r>
        <w:t>(1:04:14) Hatchet told us, "You need to watch this show on PBS uh, tonight. Uh, it's 8:00 now. This is preVCR, you know, there's no recording. It's live or you you miss it. &gt;&gt; And then I want you to write a five paragraph paper in the style and fashion, you know, about the show." &gt;&gt; So, I played for the varsity basketball team. We had a very very good team.</w:t>
      </w:r>
    </w:p>
    <w:p>
      <w:r>
        <w:t>(1:04:34) Um, and I was like the eighth man on the team, maybe ninth man, I don't know. Um, you know, so um, I wasn't a star. And so the next day I turned in a paper and I said, "Mr. Hatchet, I play on the basketball team. I was unable, we had a game last night. I was unable to watch the show." And so he would take the papers and he would put them in the locker.</w:t>
      </w:r>
    </w:p>
    <w:p>
      <w:r>
        <w:t>(1:04:55) Uh, the first locker outside his door was his paper locker. And he would grade papers. And if you got a really good grade, you'd leave the paper in there for other people to come and see, you know, and and if you got a bad grade, you tried to remove it from the locker as quickly as possible. So, a couple of people came up to me during the day and said, "You probably want to go get your paper out out of Mr.</w:t>
      </w:r>
    </w:p>
    <w:p>
      <w:r>
        <w:t>(1:05:15) Hatch's locker." And so, and he would he would grade in red. You had to write in pen. If you wrote in pencil, you'd get a zero. Wow. So, you had to write in pen. Um, and um &gt;&gt; uh and and so and then he would grade in red. And so I go and I open somebody has taken my paper and they put it on the hook in the locker for coat so that when you open the locker you get the first thing you see and it says &gt;&gt; Mr.</w:t>
      </w:r>
    </w:p>
    <w:p>
      <w:r>
        <w:t>(1:05:40) Carrick uh um athletic mediocrity is no excuse for academic failure. &gt;&gt; So &gt;&gt; and then fast forward 80 years. So there was that um which you know actually when I reflected upon it I thought it was one of the more um funny things that had happened although there was an element of truth in both of those statements. I wasn't a great athlete and I wasn't a great student but he taught me um how how to write and and so I um you know I I I have a tough time um letting other people communicate on my behalf.</w:t>
      </w:r>
    </w:p>
    <w:p>
      <w:r>
        <w:t>(1:06:18) And so there's a control issue there. It it derives from a sensitivity to the quality of of communication which was part of it. You talked about people, you know, following a process and the process produces an outcome and they decide that they had a good outcome, they had a good process. Um, and I run into that a lot in my M&amp;A where I'm dealing with founder owner operators who are not good at delegating because they feel like that maybe it's all the issues I have, maybe it's their own separate issues, but they're not great delegators. Um, and they absolutely have</w:t>
      </w:r>
    </w:p>
    <w:p>
      <w:r>
        <w:t>(1:06:53) this rugged individualist culture they've set in the business and when they step away, I just wonder how any buyer is going to fill that void. Now, having said that, as I I listened and you're a great storyteller, and I've really enjoyed the stories you've taught. I particularly like the car wash in Texas analogy that you used um because I I I I I get that.</w:t>
      </w:r>
    </w:p>
    <w:p>
      <w:r>
        <w:t>(1:07:14) Uh but I was raised in Memphis and Memphis um uh saw entrepreneurs create industries. So, Clarence Saunders created the modern retail grocery store with Piggly Wiggly. Kimmans Wilson founded the hospitality industry with Holiday Ends. Fred Smith founded uh the modern logistics uh uh industry with FedEx &gt;&gt; and and that's sort of a case in point.</w:t>
      </w:r>
    </w:p>
    <w:p>
      <w:r>
        <w:t>(1:07:37) I was thinking as you were making some of your points that &gt;&gt; he and he bought Flying Tiger. FedEx bought Flying Tiger um and Flying Tiger had a union &gt;&gt; and FedEx was non-union and when they integrated it, it created an enormous challenge in their culture. uh and and so they tried to unionize the overall FedEx which he resisted strongly and then they tried to negotiate for higher wages.</w:t>
      </w:r>
    </w:p>
    <w:p>
      <w:r>
        <w:t>(1:08:03) He actually uh described the pilots as glamorized bus drivers in the sky um which he was still able to hold his organization together through the power of his personality. Right. People would follow Fred Smith into the trenches. &gt;&gt; Absolutely. &gt;&gt; Um and he passed away recently. Um, and now the CEO, I believe, has been terminated as well.</w:t>
      </w:r>
    </w:p>
    <w:p>
      <w:r>
        <w:t>(1:08:24) And so I'm really curious to see this organization that was Fred Smith. It was an extension of his personality. &gt;&gt; Uh, it when it gets hard baked in, it becomes &gt;&gt; it becomes a challenge. It it really does. In our CEO study, one of the other elements that we discovered for founders is that and for some CEOs by the way, they stay in chair a little bit beyond the best used by date.</w:t>
      </w:r>
    </w:p>
    <w:p>
      <w:r>
        <w:t>(1:08:56) Um mostly because they attach too much of their self-worth y &gt;&gt; to the role. &gt;&gt; Yeah. and they get caught in those striving and comparing seasons and they don't know what to do beyond that and because they because so much of who they are and how they are is tied up in this thing then I think sometimes the control comes from if I let this go I'm letting a portion of my selfworth go &gt;&gt; um and that's where the struggle is and so often &gt;&gt; um there's an element of therapy for the founder and when I say therapy there's clinical and subclinical um I think</w:t>
      </w:r>
    </w:p>
    <w:p>
      <w:r>
        <w:t>(1:09:37) everybody should have a clerical counselor or you know clinical counselor um just to help them unpack life but there's this subclinical level of coaching to help founders kind of navigate this next thing and even CEOs several of the CEOs that I work with have come to me proactively and said, "You've got to start helping me because my time horizon is probably 5 years.</w:t>
      </w:r>
    </w:p>
    <w:p>
      <w:r>
        <w:t>(1:10:07) " And I'm like, "Okay, this is the right time. Let's start let's start working on that because you have to get in a different you have to get in a different set of mind." But I think there is control that comes in. I think there's trust that comes in, which trust is a whole another element. I think there's a component of self-worth. But um when so much of that individual is the culture, it does create a challenge.</w:t>
      </w:r>
    </w:p>
    <w:p>
      <w:r>
        <w:t>(1:10:28) It does. Um and uh I see that show up late in deals. Um where and it, you know, it's taken me a while to figure that out where I see sellers sabotaging deals towards the end when the reality of I'm actually selling and tomorrow I'm going to hand somebody the keys and I'm no longer the decision maker.</w:t>
      </w:r>
    </w:p>
    <w:p>
      <w:r>
        <w:t>(1:10:53) And I I I I could tell you stories that would sound unbelievable about things that people come up with at the last minute in a deal where you just go, "What? You want what?" Um uh I've had I I've had somebody call me 30 minutes before the wire was supposed to go out on closing day. The docu sign had been circulated. We've been a year and a half into a process and said, "I had a great night's sleep last night and I had an epiphany and I realized I'm not going to sell the business.</w:t>
      </w:r>
    </w:p>
    <w:p>
      <w:r>
        <w:t>(1:11:19) " &gt;&gt; Yeah. Um, and you know, &gt;&gt; it almost seems like having a clinical psychologist on the deal team, right, is &gt;&gt; I literally was about to say that. Yeah. I was like, why don't it seem seems like you should have that on the team to where it's like from day one prepping them from this time, right? &gt;&gt; Are you mentally prepared for your baby to be gone? Well, look, the research the research Jonathan Hay out of NYU has done unbelievable research on this and you know I I said earlier we're so fearfully and beautifully made. Um our</w:t>
      </w:r>
    </w:p>
    <w:p>
      <w:r>
        <w:t>(1:11:53) mind is logical and emotional but if I had to ask you now I've asked you this in class so you probably should know the answer to this but what percent of our day do you actually think we spend on the logic side of our brain? &gt;&gt; Oh that's scary. What what do you think? What do you think the number is? &gt;&gt; Yeah, &gt;&gt; I would say less than 10%.</w:t>
      </w:r>
    </w:p>
    <w:p>
      <w:r>
        <w:t>(1:12:14) &gt;&gt; Oh, wow. So, I'd like to think aspirationally that it's more than 50%, but I'm guess I'm guessing &gt;&gt; because I I like to think of myself as a very rational thinker, logical thinker, but I got to believe it's a low number. &gt;&gt; Yeah. Um I was uh teaching a class in New Zealand just recently and it was software engineers and one of the engineers said 86.7%.</w:t>
      </w:r>
    </w:p>
    <w:p>
      <w:r>
        <w:t>(1:12:38) I'm like that is a fantastic guess but that is not anywhere near &gt;&gt; the research says about 30% of your day is on logic which means &gt;&gt; 70% of your day is emotion. Now &gt;&gt; uh Dr. Riot would say that uh he uses this fantastic illustration of the elephant and the rider and it's it's a very very well-known illustration.</w:t>
      </w:r>
    </w:p>
    <w:p>
      <w:r>
        <w:t>(1:13:01) Uh the elephant is our emotions and the rider is our reason. Um and a skilled writer can direct an elephant down any path right until the elephant decides to go wherever it wants to go. And then the writer does changes roles and he becomes a press secretary and all of a sudden now the writer is like I meant to go here.</w:t>
      </w:r>
    </w:p>
    <w:p>
      <w:r>
        <w:t>(1:13:24) Yes, this is this is exactly what I meant to do. So &gt;&gt; we we tend to lead with uh you know an intuitive gut feel which is very emotionalbased. And so what happens is we enter deals somewhat emotionally then we become logical and we go look at the numbers look at the numbers but it's the emotional side that ends up consuming us.</w:t>
      </w:r>
    </w:p>
    <w:p>
      <w:r>
        <w:t>(1:13:50) The epiphany is code for I had an overwhelming emotional reaction last night and I can't I can't do this. And so and what's interesting uh researchers have identified over 500 emotion words. Okay. What do you think the average adult can name? How many? Best guess. Remember this class? &gt;&gt; I think it was it was again it's very low. &gt;&gt; It is.</w:t>
      </w:r>
    </w:p>
    <w:p>
      <w:r>
        <w:t>(1:14:12) It's like &gt;&gt; five or 10 &gt;&gt; unless you've seen Inside Out two and then you should be able to get seven, right? Um happy, sad, mad, angry are the are the top. There's 500 emotion words uh been identified. 67% of them are considered negative. Now you have to be careful with that because you know natural category we would say positive negative because some words can fit into both categories right can be both.</w:t>
      </w:r>
    </w:p>
    <w:p>
      <w:r>
        <w:t>(1:14:41) So when they when they parse that out natural category 67% so we have what's referred to as a negative bias anyway. &gt;&gt; Um so you you factor in we're emotional beings. We tend to skew negative when we come up with very emotional events. It's tough. It's tough. &gt;&gt; I feel like that's a brand new podcast conversation and unfortunately we we that's not today.</w:t>
      </w:r>
    </w:p>
    <w:p>
      <w:r>
        <w:t>(1:15:13) So, but as we come to a close, one thing I used to do and I was reminded by a former guest that hey, you don't do this anymore. Do it. You should do it. Book recommendations. Aside from your books, what what would be a good business book that or or a book recommendation that everybody should read? &gt;&gt; Uh, okay.</w:t>
      </w:r>
    </w:p>
    <w:p>
      <w:r>
        <w:t>(1:15:32) So, the book that I probably give away more than my own books is Victor Frankle's Man Search for Meaning. I think that every human should read that book. Um, a couple that I have I mean my current library is is stacked, but uh Dr. Brooks out of Harvard just uh his strength the strength book has been very revolutionary but he has a brand new one that just came out uh the meaning of life um Jim Collins uh the good great fame he just spent 10 years doing research and he just published a book um what's to make of life and it's um there many autobiographies that he</w:t>
      </w:r>
    </w:p>
    <w:p>
      <w:r>
        <w:t>(1:16:11) studied and then he paired these groups um and It's absolutely fascinating. Um, so I mean, yeah, those just right off the top of my head. &gt;&gt; And then before I I let L get you the last question, this is more of a statement, maybe a question, but like, you know, nice guys always finish last, and you're one of the nicest humans alive.</w:t>
      </w:r>
    </w:p>
    <w:p>
      <w:r>
        <w:t>(1:16:37) You seem to be doing all right. How did you manage not doing nice guys finish last? &gt;&gt; Um, I think it's how you finish last. He's already graded your paper, right? &gt;&gt; I know. Yeah, I know. Um I I think it's all how you def how you define first and last. I mean &gt;&gt; um my faith will tell me that the last will be first.</w:t>
      </w:r>
    </w:p>
    <w:p>
      <w:r>
        <w:t>(1:17:02) And so &gt;&gt; is it really about being first here? &gt;&gt; Yeah. &gt;&gt; Right. &gt;&gt; It is very similar to a um another book, another friend of mine where it's like uh you can't fail if you don't quit. &gt;&gt; Yeah. &gt;&gt; So &gt;&gt; true. Isn't that an Aggie? Isn't that an Aggie thing? Not an Aggie, but isn't it? They never lose. &gt;&gt; We don't talk about that here in the Ubased uh &gt;&gt; They never lose a game.</w:t>
      </w:r>
    </w:p>
    <w:p>
      <w:r>
        <w:t>(1:17:23) They just ran out of time. Is that &gt;&gt; Oh, nice. Oh, nice. &gt;&gt; So, good way to explain. Final thoughts. &gt;&gt; Yeah. I just want to give uh give Tony an opportunity to give a plug for one of the boards he serves on. We we give a preod questionnaire. We ask about your most thing you're most proud of. You donated a kidney to a friend.</w:t>
      </w:r>
    </w:p>
    <w:p>
      <w:r>
        <w:t>(1:17:42) &gt;&gt; I did. Um tell me um uh briefly about that and you're on the board of one of the kidney foundations. &gt;&gt; Well, Southwest Transplant, which is an OPO, Oregon procurement organization based here in Dallas. Uh they're basically air traffic control for organ and tissue transplantation in North Texas. Uh so several years ago, one of my good friends um went on diialysis.</w:t>
      </w:r>
    </w:p>
    <w:p>
      <w:r>
        <w:t>(1:18:13) Both his parents passed away when he was in college of the same kidney disease. And so um he finally made it to the transplant list. And I asked him one day over dinner, well what does that mean? How long? And he said, and I had no idea at this time. He said three to five years based on my blood type which for him based off where he was on Dallas's uh would have been a death sentence.</w:t>
      </w:r>
    </w:p>
    <w:p>
      <w:r>
        <w:t>(1:18:36) I mean he would have gone to the front of the list only because he would have gone into renal failure. &gt;&gt; Yeah. &gt;&gt; Um I said well what does that mean? He said well you know if I had any family that would be great um but all my family's passed away so living donor is the best but I'm just going to have to be on the list.</w:t>
      </w:r>
    </w:p>
    <w:p>
      <w:r>
        <w:t>(1:18:52) I said what would it take? And his wife chimed in and said don't even think about that. We would never let you do it. I said, "Well," I said, "Really? That's your choice?" &gt;&gt; Yeah. &gt;&gt; Um, and so he said, "Well, you'd have to get blood work and blah blah blah." So, I finally talked him into getting blood work and they sent me the paperwork.</w:t>
      </w:r>
    </w:p>
    <w:p>
      <w:r>
        <w:t>(1:19:08) It was five pages of medical history just to get blood. &gt;&gt; Yeah. &gt;&gt; And some of this I'm like, I have no idea what this is. I had to call my mom, which you never want to call your mom um and get fill in the things because at this point I'm not telling her I'm thinking about giving away an organ. &gt;&gt; Yeah.</w:t>
      </w:r>
    </w:p>
    <w:p>
      <w:r>
        <w:t>(1:19:26) And so I'm trying to be koi and everything and so I'm filling this out and she blurts out, well you know I only have one kidney and I'm like where did that come from and she said yeah when your little sister was born something happened and so they just popped it out. I'm like oh my gosh. So I'm writing that down.</w:t>
      </w:r>
    </w:p>
    <w:p>
      <w:r>
        <w:t>(1:19:42) Mother only one kidney and what's going on in my head? They're going to disqualify me. &gt;&gt; Yeah. &gt;&gt; And then my mom out of nowhere says well you know your grandmother only had one kidney too. And I'm like oh &gt;&gt; wow &gt;&gt; what? I had no idea. Yeah, back in the 50s they found a spot. So they just popped it out and my grandmother lived till she was like 98, right? And at the time my mom is almost 80.</w:t>
      </w:r>
    </w:p>
    <w:p>
      <w:r>
        <w:t>(1:20:03) So I'm writing this down and I'm thinking the whole time I'm out. My family can't hold on to their organs. They're not going to let me give one away. So we go through give blood and I get the phone call um and I uh they said a perfect match which I didn't realize. You there's five indicators. You need two to be a donor. We hit all five.</w:t>
      </w:r>
    </w:p>
    <w:p>
      <w:r>
        <w:t>(1:20:22) &gt;&gt; Wow. And so at Baylor, um, Channel 8 interviewed us and everything because it happened right around Thanksgiving and they asked the head of transplant, "What's the odds?" And he said, "About 1 in 56 million." &gt;&gt; Wow. &gt;&gt; And so I'm going through all the preop two days at Big BOR and they compile a file folder on you about this thick.</w:t>
      </w:r>
    </w:p>
    <w:p>
      <w:r>
        <w:t>(1:20:51) I mean, 20 plus doctors, you know, 50 nurses, three psychologists, social workers to make sure you're not &gt;&gt; Yeah. &gt;&gt; You know, um I mean, they poked me in places that had zero to do with my kidney and I it's the most thorough thing I ever did and this whole time in the back of my head. My family can't keep keep organs.</w:t>
      </w:r>
    </w:p>
    <w:p>
      <w:r>
        <w:t>(1:21:12) They're no going to disqualify me. So, I get in Dr. Anak is the surgeon and he looks at this. He's sitting in his chair and he flips that thing over. First thing he says to me is, "Oh, I see your mom only has one kidney." And I'm sitting there and I could feel I remember this clearly. I can feel my face getting flush. And I'm thinking, "Here it is.</w:t>
      </w:r>
    </w:p>
    <w:p>
      <w:r>
        <w:t>(1:21:30) All of this time &gt;&gt; and I'm out." And then he flips the page and he says, "Oh, your grandmother only has one kidney." I went, "Well, there it is. She was dropping." &gt;&gt; Yeah. &gt;&gt; And then he said something that completely changed my life. He said, &gt;&gt; "You have a very lucky friend." &gt;&gt; Wow. And I can remember lifting my head up like, "What do you mean?" And he said, "Um, well, it's clear that your whole life has been for this moment.</w:t>
      </w:r>
    </w:p>
    <w:p>
      <w:r>
        <w:t>(1:22:01) " &gt;&gt; Wow. &gt;&gt; Because your family has proven over two generations you can live with one kidney. &gt;&gt; Yeah. &gt;&gt; Everything changed. &gt;&gt; Yeah. I bet &gt;&gt; my whole mindset going into that was, "Yeah, I want to do it, but and he reframed my life to say yes and and changed everything." &gt;&gt; Yeah. &gt;&gt; Um transplant went fantastic.</w:t>
      </w:r>
    </w:p>
    <w:p>
      <w:r>
        <w:t>(1:22:34) he is healthier and um better than ever in his life because he lived with this disease for his whole life. And so um I tell him all the time I said, "Well, it's cuz you got the best kidney." Um but um &gt;&gt; what a powerful story. Thank you for sharing that. &gt;&gt; Yeah. So from that I got involved with Southwest Transplant and I sit on the board and it's a it's a deep passion.</w:t>
      </w:r>
    </w:p>
    <w:p>
      <w:r>
        <w:t>(1:22:58) I being a living donor is not for everybody, but being a donor should be for everybody. Yeah. Because once you're done with them, recycle them. &gt;&gt; Yeah. So, it's hard to follow up with anything of that nature because that is a powerful story like Lane was saying, but I want to give you a 10second moment.</w:t>
      </w:r>
    </w:p>
    <w:p>
      <w:r>
        <w:t>(1:23:19) Who's your favorite artist? &gt;&gt; Well, my daughter, of course. &gt;&gt; Obviously, that was a leading question. &gt;&gt; It was a leading question. All right. &gt;&gt; Yes. All cotch. Ali K Design is by far my favorite artist. She's a famous artist um and author. She's written 27 books. I've only written eight. &gt;&gt; Goodness. &gt;&gt; So, you know, it's not a competition in the family, but uh she has art all over Dallas uh at the um arburetum, but she's getting ready to do one for the SPCA.</w:t>
      </w:r>
    </w:p>
    <w:p>
      <w:r>
        <w:t>(1:23:46) And she just found out last week that she was recommended to the SPCA by President George W. Bush. &gt;&gt; Oh my goodness. And so it's proud to have them proud to have him. &gt;&gt; Proud them. &gt;&gt; Well, well, uh, Tony, thank you so much for being here, uh, on the deal table here in the Old Parkland big room, Lane and I.</w:t>
      </w:r>
    </w:p>
    <w:p>
      <w:r>
        <w:t>(1:24:03) &gt;&gt; Really appreciate it. &gt;&gt; Thank you. &gt;&gt; Fantastic. Thank you. &gt;&gt; Pony up. &gt;&gt; Yeah, pony up. &gt;&gt; There you go.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